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Lato" w:hAnsi="Lato"/>
          <w:b w:val="0"/>
          <w:i/>
          <w:caps w:val="0"/>
          <w:color w:val="6B6359"/>
          <w:sz w:val="14"/>
        </w:rPr>
        <w:t>Replace each [placeholder] with your own words, delete the grey guidance, keep it to one page, then save it as a PDF.</w:t>
      </w:r>
    </w:p>
    <w:p>
      <w:pPr>
        <w:spacing w:after="120" w:before="40"/>
        <w:pBdr>
          <w:bottom w:val="single" w:sz="6" w:space="2" w:color="C8AA4A"/>
        </w:pBdr>
      </w:pPr>
      <w:r>
        <w:rPr>
          <w:rFonts w:ascii="Lato" w:hAnsi="Lato"/>
          <w:b/>
          <w:i w:val="0"/>
          <w:caps/>
          <w:color w:val="6B6359"/>
          <w:sz w:val="15"/>
          <w:spacing w:val="32"/>
        </w:rPr>
        <w:t>Brand brief for Ambassadors of Sport</w:t>
      </w:r>
    </w:p>
    <w:p>
      <w:pPr>
        <w:spacing w:after="0" w:before="0"/>
      </w:pPr>
      <w:r>
        <w:rPr>
          <w:rFonts w:ascii="Lato" w:hAnsi="Lato"/>
          <w:b w:val="0"/>
          <w:i w:val="0"/>
          <w:caps w:val="0"/>
          <w:color w:val="0D0D0D"/>
          <w:sz w:val="48"/>
        </w:rPr>
        <w:t>[Your name]</w:t>
      </w:r>
    </w:p>
    <w:p>
      <w:pPr>
        <w:spacing w:after="0" w:before="20"/>
      </w:pPr>
      <w:r>
        <w:rPr>
          <w:rFonts w:ascii="Lato" w:hAnsi="Lato"/>
          <w:b w:val="0"/>
          <w:i w:val="0"/>
          <w:caps w:val="0"/>
          <w:color w:val="0D0D0D"/>
          <w:sz w:val="21"/>
        </w:rPr>
        <w:t>[Sport, level and club]</w:t>
      </w:r>
    </w:p>
    <w:p>
      <w:pPr>
        <w:spacing w:after="0" w:before="60" w:line="276" w:lineRule="auto"/>
        <w:ind w:left="142"/>
        <w:pBdr>
          <w:left w:val="single" w:sz="8" w:space="5" w:color="C8AA4A"/>
        </w:pBdr>
      </w:pPr>
      <w:r>
        <w:rPr>
          <w:rFonts w:ascii="Lato" w:hAnsi="Lato"/>
          <w:b w:val="0"/>
          <w:i/>
          <w:caps w:val="0"/>
          <w:color w:val="3D3833"/>
          <w:sz w:val="15"/>
        </w:rPr>
        <w:t>This brief is for us. We use it to decide which brands to approach, and how.</w:t>
      </w:r>
    </w:p>
    <w:p>
      <w:pPr>
        <w:spacing w:after="80" w:before="180"/>
        <w:keepNext/>
        <w:pBdr>
          <w:bottom w:val="single" w:sz="6" w:space="2" w:color="C8AA4A"/>
        </w:pBdr>
      </w:pPr>
      <w:r>
        <w:rPr>
          <w:rFonts w:ascii="Lato" w:hAnsi="Lato"/>
          <w:b/>
          <w:i w:val="0"/>
          <w:caps/>
          <w:color w:val="0D0D0D"/>
          <w:sz w:val="15"/>
          <w:spacing w:val="32"/>
        </w:rPr>
        <w:t>Who I am</w:t>
      </w:r>
    </w:p>
    <w:p>
      <w:pPr>
        <w:spacing w:after="0" w:before="0"/>
      </w:pPr>
      <w:r>
        <w:rPr>
          <w:rFonts w:ascii="Lato" w:hAnsi="Lato"/>
          <w:b w:val="0"/>
          <w:i w:val="0"/>
          <w:caps w:val="0"/>
          <w:color w:val="0D0D0D"/>
          <w:sz w:val="22"/>
        </w:rPr>
        <w:t>[One sentence: who you are, who follows you, and what you post about.]</w:t>
      </w:r>
    </w:p>
    <w:p>
      <w:pPr>
        <w:spacing w:after="0" w:before="60" w:line="276" w:lineRule="auto"/>
        <w:ind w:left="142"/>
        <w:pBdr>
          <w:left w:val="single" w:sz="8" w:space="5" w:color="C8AA4A"/>
        </w:pBdr>
      </w:pPr>
      <w:r>
        <w:rPr>
          <w:rFonts w:ascii="Lato" w:hAnsi="Lato"/>
          <w:b w:val="0"/>
          <w:i/>
          <w:caps w:val="0"/>
          <w:color w:val="3D3833"/>
          <w:sz w:val="15"/>
        </w:rPr>
        <w:t>Use the positioning statement from your blueprint: who you are, for whom, about what. One sentence, said the way you speak.</w:t>
      </w:r>
    </w:p>
    <w:p>
      <w:pPr>
        <w:spacing w:after="80" w:before="180"/>
        <w:keepNext/>
        <w:pBdr>
          <w:bottom w:val="single" w:sz="6" w:space="2" w:color="C8AA4A"/>
        </w:pBdr>
      </w:pPr>
      <w:r>
        <w:rPr>
          <w:rFonts w:ascii="Lato" w:hAnsi="Lato"/>
          <w:b/>
          <w:i w:val="0"/>
          <w:caps/>
          <w:color w:val="0D0D0D"/>
          <w:sz w:val="15"/>
          <w:spacing w:val="32"/>
        </w:rPr>
        <w:t>My audience</w:t>
      </w:r>
    </w:p>
    <w:tbl>
      <w:tblPr>
        <w:tblW w:type="auto" w:w="0"/>
        <w:jc w:val="left"/>
        <w:tblLayout w:type="fixed"/>
        <w:tblLook w:firstColumn="1" w:firstRow="1" w:lastColumn="0" w:lastRow="0" w:noHBand="0" w:noVBand="1" w:val="04A0"/>
        <w:tblLayout w:type="fixed"/>
        <w:tblCellMar>
          <w:top w:w="0" w:type="dxa"/>
          <w:left w:w="0" w:type="dxa"/>
          <w:bottom w:w="0" w:type="dxa"/>
          <w:right w:w="0" w:type="dxa"/>
        </w:tblCellMar>
      </w:tblPr>
      <w:tblGrid>
        <w:gridCol w:w="3402"/>
        <w:gridCol w:w="3402"/>
        <w:gridCol w:w="3402"/>
      </w:tblGrid>
      <w:tr>
        <w:tc>
          <w:tcPr>
            <w:tcW w:type="dxa" w:w="3402"/>
            <w:tcBorders>
              <w:top w:val="single" w:sz="4" w:space="0" w:color="E7E7E6"/>
              <w:left w:val="single" w:sz="4" w:space="0" w:color="E7E7E6"/>
              <w:bottom w:val="single" w:sz="4" w:space="0" w:color="E7E7E6"/>
              <w:right w:val="single" w:sz="4" w:space="0" w:color="E7E7E6"/>
            </w:tcBorders>
            <w:tcMar>
              <w:top w:w="113" w:type="dxa"/>
              <w:left w:w="113" w:type="dxa"/>
              <w:bottom w:w="113" w:type="dxa"/>
              <w:right w:w="113" w:type="dxa"/>
            </w:tcMar>
          </w:tcPr>
          <w:p>
            <w:pPr>
              <w:spacing w:after="0" w:before="0"/>
            </w:pPr>
            <w:r>
              <w:rPr>
                <w:rFonts w:ascii="Lato" w:hAnsi="Lato"/>
                <w:b w:val="0"/>
                <w:i w:val="0"/>
                <w:caps w:val="0"/>
                <w:color w:val="0D0D0D"/>
                <w:sz w:val="30"/>
              </w:rPr>
              <w:t>[A number]</w:t>
            </w:r>
          </w:p>
          <w:p>
            <w:pPr>
              <w:spacing w:after="0" w:before="20"/>
            </w:pPr>
            <w:r>
              <w:rPr>
                <w:rFonts w:ascii="Lato" w:hAnsi="Lato"/>
                <w:b/>
                <w:i w:val="0"/>
                <w:caps/>
                <w:color w:val="6B6359"/>
                <w:sz w:val="13"/>
                <w:spacing w:val="20"/>
              </w:rPr>
              <w:t>[What the number shows]</w:t>
            </w:r>
          </w:p>
        </w:tc>
        <w:tc>
          <w:tcPr>
            <w:tcW w:type="dxa" w:w="3402"/>
            <w:tcBorders>
              <w:top w:val="single" w:sz="4" w:space="0" w:color="E7E7E6"/>
              <w:left w:val="single" w:sz="4" w:space="0" w:color="E7E7E6"/>
              <w:bottom w:val="single" w:sz="4" w:space="0" w:color="E7E7E6"/>
              <w:right w:val="single" w:sz="4" w:space="0" w:color="E7E7E6"/>
            </w:tcBorders>
            <w:tcMar>
              <w:top w:w="113" w:type="dxa"/>
              <w:left w:w="113" w:type="dxa"/>
              <w:bottom w:w="113" w:type="dxa"/>
              <w:right w:w="113" w:type="dxa"/>
            </w:tcMar>
          </w:tcPr>
          <w:p>
            <w:pPr>
              <w:spacing w:after="0" w:before="0"/>
            </w:pPr>
            <w:r>
              <w:rPr>
                <w:rFonts w:ascii="Lato" w:hAnsi="Lato"/>
                <w:b w:val="0"/>
                <w:i w:val="0"/>
                <w:caps w:val="0"/>
                <w:color w:val="0D0D0D"/>
                <w:sz w:val="30"/>
              </w:rPr>
              <w:t>[A number]</w:t>
            </w:r>
          </w:p>
          <w:p>
            <w:pPr>
              <w:spacing w:after="0" w:before="20"/>
            </w:pPr>
            <w:r>
              <w:rPr>
                <w:rFonts w:ascii="Lato" w:hAnsi="Lato"/>
                <w:b/>
                <w:i w:val="0"/>
                <w:caps/>
                <w:color w:val="6B6359"/>
                <w:sz w:val="13"/>
                <w:spacing w:val="20"/>
              </w:rPr>
              <w:t>[What the number shows]</w:t>
            </w:r>
          </w:p>
        </w:tc>
        <w:tc>
          <w:tcPr>
            <w:tcW w:type="dxa" w:w="3402"/>
            <w:tcBorders>
              <w:top w:val="single" w:sz="4" w:space="0" w:color="E7E7E6"/>
              <w:left w:val="single" w:sz="4" w:space="0" w:color="E7E7E6"/>
              <w:bottom w:val="single" w:sz="4" w:space="0" w:color="E7E7E6"/>
              <w:right w:val="single" w:sz="4" w:space="0" w:color="E7E7E6"/>
            </w:tcBorders>
            <w:tcMar>
              <w:top w:w="113" w:type="dxa"/>
              <w:left w:w="113" w:type="dxa"/>
              <w:bottom w:w="113" w:type="dxa"/>
              <w:right w:w="113" w:type="dxa"/>
            </w:tcMar>
          </w:tcPr>
          <w:p>
            <w:pPr>
              <w:spacing w:after="0" w:before="0"/>
            </w:pPr>
            <w:r>
              <w:rPr>
                <w:rFonts w:ascii="Lato" w:hAnsi="Lato"/>
                <w:b w:val="0"/>
                <w:i w:val="0"/>
                <w:caps w:val="0"/>
                <w:color w:val="0D0D0D"/>
                <w:sz w:val="30"/>
              </w:rPr>
              <w:t>[A number]</w:t>
            </w:r>
          </w:p>
          <w:p>
            <w:pPr>
              <w:spacing w:after="0" w:before="20"/>
            </w:pPr>
            <w:r>
              <w:rPr>
                <w:rFonts w:ascii="Lato" w:hAnsi="Lato"/>
                <w:b/>
                <w:i w:val="0"/>
                <w:caps/>
                <w:color w:val="6B6359"/>
                <w:sz w:val="13"/>
                <w:spacing w:val="20"/>
              </w:rPr>
              <w:t>[What the number shows]</w:t>
            </w:r>
          </w:p>
        </w:tc>
      </w:tr>
    </w:tbl>
    <w:p>
      <w:pPr>
        <w:spacing w:after="0" w:before="80" w:line="276" w:lineRule="auto"/>
        <w:ind w:left="142"/>
        <w:pBdr>
          <w:left w:val="single" w:sz="8" w:space="5" w:color="C8AA4A"/>
        </w:pBdr>
      </w:pPr>
      <w:r>
        <w:rPr>
          <w:rFonts w:ascii="Lato" w:hAnsi="Lato"/>
          <w:b w:val="0"/>
          <w:i/>
          <w:caps w:val="0"/>
          <w:color w:val="3D3833"/>
          <w:sz w:val="15"/>
        </w:rPr>
        <w:t>Three numbers that matter to the brands you list below, not your three biggest. For a brand that sells in France, the share of your followers who live there. Take them from your athlete profile, updated this month.</w:t>
      </w:r>
    </w:p>
    <w:p>
      <w:pPr>
        <w:tabs>
          <w:tab w:pos="10205" w:val="right"/>
        </w:tabs>
        <w:spacing w:after="80" w:before="180"/>
        <w:keepNext/>
        <w:pBdr>
          <w:bottom w:val="single" w:sz="6" w:space="2" w:color="C8AA4A"/>
        </w:pBdr>
      </w:pPr>
      <w:r>
        <w:rPr>
          <w:rFonts w:ascii="Lato" w:hAnsi="Lato"/>
          <w:b/>
          <w:i w:val="0"/>
          <w:caps/>
          <w:color w:val="0D0D0D"/>
          <w:sz w:val="15"/>
          <w:spacing w:val="32"/>
        </w:rPr>
        <w:t>Proof</w:t>
      </w:r>
      <w:r>
        <w:tab/>
      </w:r>
      <w:r>
        <w:rPr>
          <w:rFonts w:ascii="Lato" w:hAnsi="Lato"/>
          <w:b w:val="0"/>
          <w:i w:val="0"/>
          <w:caps w:val="0"/>
          <w:color w:val="6B6359"/>
          <w:sz w:val="15"/>
        </w:rPr>
        <w:t>Organic, not paid</w:t>
      </w:r>
    </w:p>
    <w:tbl>
      <w:tblPr>
        <w:tblW w:type="auto" w:w="0"/>
        <w:jc w:val="left"/>
        <w:tblLayout w:type="fixed"/>
        <w:tblLook w:firstColumn="1" w:firstRow="1" w:lastColumn="0" w:lastRow="0" w:noHBand="0" w:noVBand="1" w:val="04A0"/>
        <w:tblLayout w:type="fixed"/>
        <w:tblCellMar>
          <w:top w:w="0" w:type="dxa"/>
          <w:left w:w="0" w:type="dxa"/>
          <w:bottom w:w="0" w:type="dxa"/>
          <w:right w:w="0" w:type="dxa"/>
        </w:tblCellMar>
      </w:tblPr>
      <w:tblGrid>
        <w:gridCol w:w="1474"/>
        <w:gridCol w:w="170"/>
        <w:gridCol w:w="3288"/>
        <w:gridCol w:w="340"/>
        <w:gridCol w:w="1474"/>
        <w:gridCol w:w="170"/>
        <w:gridCol w:w="3288"/>
      </w:tblGrid>
      <w:tr>
        <w:trPr>
          <w:trHeight w:val="2608" w:hRule="atLeast"/>
        </w:trPr>
        <w:tc>
          <w:tcPr>
            <w:tcW w:type="dxa" w:w="1474"/>
            <w:shd w:val="clear" w:color="auto" w:fill="F4F1E9"/>
            <w:tcBorders>
              <w:top w:val="dashed" w:sz="6" w:space="0" w:color="E7E7E6"/>
              <w:left w:val="dashed" w:sz="6" w:space="0" w:color="E7E7E6"/>
              <w:bottom w:val="dashed" w:sz="6" w:space="0" w:color="E7E7E6"/>
              <w:right w:val="dashed" w:sz="6" w:space="0" w:color="E7E7E6"/>
            </w:tcBorders>
            <w:vAlign w:val="center"/>
          </w:tcPr>
          <w:p>
            <w:pPr>
              <w:spacing w:after="0" w:before="0"/>
              <w:jc w:val="center"/>
            </w:pPr>
            <w:r>
              <w:rPr>
                <w:rFonts w:ascii="Lato" w:hAnsi="Lato"/>
                <w:b w:val="0"/>
                <w:i w:val="0"/>
                <w:caps w:val="0"/>
                <w:color w:val="6B6359"/>
                <w:sz w:val="15"/>
              </w:rPr>
              <w:t>[Screenshot from Insights]</w:t>
            </w:r>
          </w:p>
        </w:tc>
        <w:tc>
          <w:tcPr>
            <w:tcW w:type="dxa" w:w="170"/>
          </w:tcPr>
          <w:p/>
        </w:tc>
        <w:tc>
          <w:tcPr>
            <w:tcW w:type="dxa" w:w="3288"/>
          </w:tcPr>
          <w:p>
            <w:pPr>
              <w:spacing w:after="0" w:before="0"/>
            </w:pPr>
            <w:r>
              <w:rPr>
                <w:rFonts w:ascii="Lato" w:hAnsi="Lato"/>
                <w:b/>
                <w:i w:val="0"/>
                <w:caps w:val="0"/>
                <w:color w:val="0D0D0D"/>
                <w:sz w:val="19"/>
              </w:rPr>
              <w:t>[The brand, and what you posted]</w:t>
            </w:r>
          </w:p>
          <w:p>
            <w:pPr>
              <w:spacing w:after="0" w:before="40"/>
            </w:pPr>
            <w:r>
              <w:rPr>
                <w:rFonts w:ascii="Lato" w:hAnsi="Lato"/>
                <w:b w:val="0"/>
                <w:i w:val="0"/>
                <w:caps w:val="0"/>
                <w:color w:val="0D0D0D"/>
                <w:sz w:val="19"/>
              </w:rPr>
              <w:t>[What it did: reach, views, saves or clicks, and the date]</w:t>
            </w:r>
          </w:p>
        </w:tc>
        <w:tc>
          <w:tcPr>
            <w:tcW w:type="dxa" w:w="340"/>
          </w:tcPr>
          <w:p/>
        </w:tc>
        <w:tc>
          <w:tcPr>
            <w:tcW w:type="dxa" w:w="1474"/>
            <w:shd w:val="clear" w:color="auto" w:fill="F4F1E9"/>
            <w:tcBorders>
              <w:top w:val="dashed" w:sz="6" w:space="0" w:color="E7E7E6"/>
              <w:left w:val="dashed" w:sz="6" w:space="0" w:color="E7E7E6"/>
              <w:bottom w:val="dashed" w:sz="6" w:space="0" w:color="E7E7E6"/>
              <w:right w:val="dashed" w:sz="6" w:space="0" w:color="E7E7E6"/>
            </w:tcBorders>
            <w:vAlign w:val="center"/>
          </w:tcPr>
          <w:p>
            <w:pPr>
              <w:spacing w:after="0" w:before="0"/>
              <w:jc w:val="center"/>
            </w:pPr>
            <w:r>
              <w:rPr>
                <w:rFonts w:ascii="Lato" w:hAnsi="Lato"/>
                <w:b w:val="0"/>
                <w:i w:val="0"/>
                <w:caps w:val="0"/>
                <w:color w:val="6B6359"/>
                <w:sz w:val="15"/>
              </w:rPr>
              <w:t>[Screenshot from Insights]</w:t>
            </w:r>
          </w:p>
        </w:tc>
        <w:tc>
          <w:tcPr>
            <w:tcW w:type="dxa" w:w="170"/>
          </w:tcPr>
          <w:p/>
        </w:tc>
        <w:tc>
          <w:tcPr>
            <w:tcW w:type="dxa" w:w="3288"/>
          </w:tcPr>
          <w:p>
            <w:pPr>
              <w:spacing w:after="0" w:before="0"/>
            </w:pPr>
            <w:r>
              <w:rPr>
                <w:rFonts w:ascii="Lato" w:hAnsi="Lato"/>
                <w:b/>
                <w:i w:val="0"/>
                <w:caps w:val="0"/>
                <w:color w:val="0D0D0D"/>
                <w:sz w:val="19"/>
              </w:rPr>
              <w:t>[The brand, and what you posted]</w:t>
            </w:r>
          </w:p>
          <w:p>
            <w:pPr>
              <w:spacing w:after="0" w:before="40"/>
            </w:pPr>
            <w:r>
              <w:rPr>
                <w:rFonts w:ascii="Lato" w:hAnsi="Lato"/>
                <w:b w:val="0"/>
                <w:i w:val="0"/>
                <w:caps w:val="0"/>
                <w:color w:val="0D0D0D"/>
                <w:sz w:val="19"/>
              </w:rPr>
              <w:t>[What it did: reach, views, saves or clicks, and the date]</w:t>
            </w:r>
          </w:p>
        </w:tc>
      </w:tr>
    </w:tbl>
    <w:p>
      <w:pPr>
        <w:spacing w:after="0" w:before="80" w:line="276" w:lineRule="auto"/>
        <w:ind w:left="142"/>
        <w:pBdr>
          <w:left w:val="single" w:sz="8" w:space="5" w:color="C8AA4A"/>
        </w:pBdr>
      </w:pPr>
      <w:r>
        <w:rPr>
          <w:rFonts w:ascii="Lato" w:hAnsi="Lato"/>
          <w:b w:val="0"/>
          <w:i/>
          <w:caps w:val="0"/>
          <w:color w:val="3D3833"/>
          <w:sz w:val="15"/>
        </w:rPr>
        <w:t>Two results with brands you already use, unpaid: a post that showed or tagged them, and what it did. Add the Insights screenshot for each, with the date showing. It shows your followers act on what you post.</w:t>
      </w:r>
    </w:p>
    <w:p>
      <w:pPr>
        <w:tabs>
          <w:tab w:pos="10205" w:val="right"/>
        </w:tabs>
        <w:spacing w:after="80" w:before="180"/>
        <w:keepNext/>
        <w:pBdr>
          <w:bottom w:val="single" w:sz="6" w:space="2" w:color="C8AA4A"/>
        </w:pBdr>
      </w:pPr>
      <w:r>
        <w:rPr>
          <w:rFonts w:ascii="Lato" w:hAnsi="Lato"/>
          <w:b/>
          <w:i w:val="0"/>
          <w:caps/>
          <w:color w:val="0D0D0D"/>
          <w:sz w:val="15"/>
          <w:spacing w:val="32"/>
        </w:rPr>
        <w:t>Brands I'd like you to approach</w:t>
      </w:r>
      <w:r>
        <w:tab/>
      </w:r>
      <w:r>
        <w:rPr>
          <w:rFonts w:ascii="Lato" w:hAnsi="Lato"/>
          <w:b w:val="0"/>
          <w:i w:val="0"/>
          <w:caps w:val="0"/>
          <w:color w:val="6B6359"/>
          <w:sz w:val="15"/>
        </w:rPr>
        <w:t>Up to three</w:t>
      </w:r>
    </w:p>
    <w:tbl>
      <w:tblPr>
        <w:tblW w:type="auto" w:w="0"/>
        <w:jc w:val="left"/>
        <w:tblLayout w:type="fixed"/>
        <w:tblLook w:firstColumn="1" w:firstRow="1" w:lastColumn="0" w:lastRow="0" w:noHBand="0" w:noVBand="1" w:val="04A0"/>
        <w:tblLayout w:type="fixed"/>
        <w:tblCellMar>
          <w:top w:w="0" w:type="dxa"/>
          <w:left w:w="0" w:type="dxa"/>
          <w:bottom w:w="0" w:type="dxa"/>
          <w:right w:w="0" w:type="dxa"/>
        </w:tblCellMar>
      </w:tblPr>
      <w:tblGrid>
        <w:gridCol w:w="3288"/>
        <w:gridCol w:w="170"/>
        <w:gridCol w:w="3288"/>
        <w:gridCol w:w="170"/>
        <w:gridCol w:w="3288"/>
      </w:tblGrid>
      <w:tr>
        <w:tc>
          <w:tcPr>
            <w:tcW w:type="dxa" w:w="3288"/>
          </w:tcPr>
          <w:p>
            <w:pPr>
              <w:spacing w:after="0" w:before="0"/>
            </w:pPr>
            <w:r>
              <w:rPr>
                <w:rFonts w:ascii="Lato" w:hAnsi="Lato"/>
                <w:b/>
                <w:i w:val="0"/>
                <w:caps w:val="0"/>
                <w:color w:val="0D0D0D"/>
                <w:sz w:val="19"/>
              </w:rPr>
              <w:t>[Brand]</w:t>
            </w:r>
          </w:p>
          <w:p>
            <w:pPr>
              <w:spacing w:after="0" w:before="60"/>
            </w:pPr>
            <w:r>
              <w:rPr>
                <w:rFonts w:ascii="Lato" w:hAnsi="Lato"/>
                <w:b/>
                <w:i w:val="0"/>
                <w:caps/>
                <w:color w:val="6B6359"/>
                <w:sz w:val="13"/>
                <w:spacing w:val="20"/>
              </w:rPr>
              <w:t>Why it fits my audience</w:t>
            </w:r>
          </w:p>
          <w:p>
            <w:pPr>
              <w:spacing w:after="0" w:before="0"/>
            </w:pPr>
            <w:r>
              <w:rPr>
                <w:rFonts w:ascii="Lato" w:hAnsi="Lato"/>
                <w:b w:val="0"/>
                <w:i w:val="0"/>
                <w:caps w:val="0"/>
                <w:color w:val="0D0D0D"/>
                <w:sz w:val="19"/>
              </w:rPr>
              <w:t>[Why the people who follow you buy from them]</w:t>
            </w:r>
          </w:p>
          <w:p>
            <w:pPr>
              <w:spacing w:after="0" w:before="60"/>
            </w:pPr>
            <w:r>
              <w:rPr>
                <w:rFonts w:ascii="Lato" w:hAnsi="Lato"/>
                <w:b/>
                <w:i w:val="0"/>
                <w:caps/>
                <w:color w:val="6B6359"/>
                <w:sz w:val="13"/>
                <w:spacing w:val="20"/>
              </w:rPr>
              <w:t>What I already do with it</w:t>
            </w:r>
          </w:p>
          <w:p>
            <w:pPr>
              <w:spacing w:after="0" w:before="0"/>
            </w:pPr>
            <w:r>
              <w:rPr>
                <w:rFonts w:ascii="Lato" w:hAnsi="Lato"/>
                <w:b w:val="0"/>
                <w:i w:val="0"/>
                <w:caps w:val="0"/>
                <w:color w:val="0D0D0D"/>
                <w:sz w:val="19"/>
              </w:rPr>
              <w:t>[How you use it and show it now, unpaid]</w:t>
            </w:r>
          </w:p>
        </w:tc>
        <w:tc>
          <w:tcPr>
            <w:tcW w:type="dxa" w:w="170"/>
          </w:tcPr>
          <w:p/>
        </w:tc>
        <w:tc>
          <w:tcPr>
            <w:tcW w:type="dxa" w:w="3288"/>
          </w:tcPr>
          <w:p>
            <w:pPr>
              <w:spacing w:after="0" w:before="0"/>
            </w:pPr>
            <w:r>
              <w:rPr>
                <w:rFonts w:ascii="Lato" w:hAnsi="Lato"/>
                <w:b/>
                <w:i w:val="0"/>
                <w:caps w:val="0"/>
                <w:color w:val="0D0D0D"/>
                <w:sz w:val="19"/>
              </w:rPr>
              <w:t>[Brand]</w:t>
            </w:r>
          </w:p>
          <w:p>
            <w:pPr>
              <w:spacing w:after="0" w:before="60"/>
            </w:pPr>
            <w:r>
              <w:rPr>
                <w:rFonts w:ascii="Lato" w:hAnsi="Lato"/>
                <w:b/>
                <w:i w:val="0"/>
                <w:caps/>
                <w:color w:val="6B6359"/>
                <w:sz w:val="13"/>
                <w:spacing w:val="20"/>
              </w:rPr>
              <w:t>Why it fits my audience</w:t>
            </w:r>
          </w:p>
          <w:p>
            <w:pPr>
              <w:spacing w:after="0" w:before="0"/>
            </w:pPr>
            <w:r>
              <w:rPr>
                <w:rFonts w:ascii="Lato" w:hAnsi="Lato"/>
                <w:b w:val="0"/>
                <w:i w:val="0"/>
                <w:caps w:val="0"/>
                <w:color w:val="0D0D0D"/>
                <w:sz w:val="19"/>
              </w:rPr>
              <w:t>[Why the people who follow you buy from them]</w:t>
            </w:r>
          </w:p>
          <w:p>
            <w:pPr>
              <w:spacing w:after="0" w:before="60"/>
            </w:pPr>
            <w:r>
              <w:rPr>
                <w:rFonts w:ascii="Lato" w:hAnsi="Lato"/>
                <w:b/>
                <w:i w:val="0"/>
                <w:caps/>
                <w:color w:val="6B6359"/>
                <w:sz w:val="13"/>
                <w:spacing w:val="20"/>
              </w:rPr>
              <w:t>What I already do with it</w:t>
            </w:r>
          </w:p>
          <w:p>
            <w:pPr>
              <w:spacing w:after="0" w:before="0"/>
            </w:pPr>
            <w:r>
              <w:rPr>
                <w:rFonts w:ascii="Lato" w:hAnsi="Lato"/>
                <w:b w:val="0"/>
                <w:i w:val="0"/>
                <w:caps w:val="0"/>
                <w:color w:val="0D0D0D"/>
                <w:sz w:val="19"/>
              </w:rPr>
              <w:t>[How you use it and show it now, unpaid]</w:t>
            </w:r>
          </w:p>
        </w:tc>
        <w:tc>
          <w:tcPr>
            <w:tcW w:type="dxa" w:w="170"/>
          </w:tcPr>
          <w:p/>
        </w:tc>
        <w:tc>
          <w:tcPr>
            <w:tcW w:type="dxa" w:w="3288"/>
          </w:tcPr>
          <w:p>
            <w:pPr>
              <w:spacing w:after="0" w:before="0"/>
            </w:pPr>
            <w:r>
              <w:rPr>
                <w:rFonts w:ascii="Lato" w:hAnsi="Lato"/>
                <w:b/>
                <w:i w:val="0"/>
                <w:caps w:val="0"/>
                <w:color w:val="0D0D0D"/>
                <w:sz w:val="19"/>
              </w:rPr>
              <w:t>[Brand]</w:t>
            </w:r>
          </w:p>
          <w:p>
            <w:pPr>
              <w:spacing w:after="0" w:before="60"/>
            </w:pPr>
            <w:r>
              <w:rPr>
                <w:rFonts w:ascii="Lato" w:hAnsi="Lato"/>
                <w:b/>
                <w:i w:val="0"/>
                <w:caps/>
                <w:color w:val="6B6359"/>
                <w:sz w:val="13"/>
                <w:spacing w:val="20"/>
              </w:rPr>
              <w:t>Why it fits my audience</w:t>
            </w:r>
          </w:p>
          <w:p>
            <w:pPr>
              <w:spacing w:after="0" w:before="0"/>
            </w:pPr>
            <w:r>
              <w:rPr>
                <w:rFonts w:ascii="Lato" w:hAnsi="Lato"/>
                <w:b w:val="0"/>
                <w:i w:val="0"/>
                <w:caps w:val="0"/>
                <w:color w:val="0D0D0D"/>
                <w:sz w:val="19"/>
              </w:rPr>
              <w:t>[Why the people who follow you buy from them]</w:t>
            </w:r>
          </w:p>
          <w:p>
            <w:pPr>
              <w:spacing w:after="0" w:before="60"/>
            </w:pPr>
            <w:r>
              <w:rPr>
                <w:rFonts w:ascii="Lato" w:hAnsi="Lato"/>
                <w:b/>
                <w:i w:val="0"/>
                <w:caps/>
                <w:color w:val="6B6359"/>
                <w:sz w:val="13"/>
                <w:spacing w:val="20"/>
              </w:rPr>
              <w:t>What I already do with it</w:t>
            </w:r>
          </w:p>
          <w:p>
            <w:pPr>
              <w:spacing w:after="0" w:before="0"/>
            </w:pPr>
            <w:r>
              <w:rPr>
                <w:rFonts w:ascii="Lato" w:hAnsi="Lato"/>
                <w:b w:val="0"/>
                <w:i w:val="0"/>
                <w:caps w:val="0"/>
                <w:color w:val="0D0D0D"/>
                <w:sz w:val="19"/>
              </w:rPr>
              <w:t>[How you use it and show it now, unpaid]</w:t>
            </w:r>
          </w:p>
        </w:tc>
      </w:tr>
    </w:tbl>
    <w:p>
      <w:pPr>
        <w:spacing w:after="0" w:before="80" w:line="276" w:lineRule="auto"/>
        <w:ind w:left="142"/>
        <w:pBdr>
          <w:left w:val="single" w:sz="8" w:space="5" w:color="C8AA4A"/>
        </w:pBdr>
      </w:pPr>
      <w:r>
        <w:rPr>
          <w:rFonts w:ascii="Lato" w:hAnsi="Lato"/>
          <w:b w:val="0"/>
          <w:i/>
          <w:caps w:val="0"/>
          <w:color w:val="3D3833"/>
          <w:sz w:val="15"/>
        </w:rPr>
        <w:t>Start with the brands you already use and post about, unpaid. For each one, why its customers are the people who follow you, and what you already do with it. We make the approach and agree the terms, so leave the contact with the brand to us.</w:t>
      </w:r>
    </w:p>
    <w:p>
      <w:pPr>
        <w:spacing w:after="80" w:before="180"/>
        <w:keepNext/>
        <w:pBdr>
          <w:bottom w:val="single" w:sz="6" w:space="2" w:color="C8AA4A"/>
        </w:pBdr>
      </w:pPr>
      <w:r>
        <w:rPr>
          <w:rFonts w:ascii="Lato" w:hAnsi="Lato"/>
          <w:b/>
          <w:i w:val="0"/>
          <w:caps/>
          <w:color w:val="0D0D0D"/>
          <w:sz w:val="15"/>
          <w:spacing w:val="32"/>
        </w:rPr>
        <w:t>Content I'd be glad to make</w:t>
      </w:r>
    </w:p>
    <w:p>
      <w:pPr>
        <w:spacing w:after="60" w:before="0"/>
      </w:pPr>
      <w:r>
        <w:rPr>
          <w:rFonts w:ascii="Lato" w:hAnsi="Lato"/>
          <w:b w:val="0"/>
          <w:i w:val="0"/>
          <w:caps w:val="0"/>
          <w:color w:val="0D0D0D"/>
          <w:sz w:val="19"/>
        </w:rPr>
        <w:t>[An idea: the format, the story, and the moment in your season]</w:t>
      </w:r>
    </w:p>
    <w:p>
      <w:pPr>
        <w:spacing w:after="60" w:before="0"/>
      </w:pPr>
      <w:r>
        <w:rPr>
          <w:rFonts w:ascii="Lato" w:hAnsi="Lato"/>
          <w:b w:val="0"/>
          <w:i w:val="0"/>
          <w:caps w:val="0"/>
          <w:color w:val="0D0D0D"/>
          <w:sz w:val="19"/>
        </w:rPr>
        <w:t>[An idea: the format, the story, and the moment in your season]</w:t>
      </w:r>
    </w:p>
    <w:p>
      <w:pPr>
        <w:spacing w:after="60" w:before="0"/>
      </w:pPr>
      <w:r>
        <w:rPr>
          <w:rFonts w:ascii="Lato" w:hAnsi="Lato"/>
          <w:b w:val="0"/>
          <w:i w:val="0"/>
          <w:caps w:val="0"/>
          <w:color w:val="0D0D0D"/>
          <w:sz w:val="19"/>
        </w:rPr>
        <w:t>[An idea: the format, the story, and the moment in your season]</w:t>
      </w:r>
    </w:p>
    <w:p>
      <w:pPr>
        <w:spacing w:after="0" w:before="60" w:line="276" w:lineRule="auto"/>
        <w:ind w:left="142"/>
        <w:pBdr>
          <w:left w:val="single" w:sz="8" w:space="5" w:color="C8AA4A"/>
        </w:pBdr>
      </w:pPr>
      <w:r>
        <w:rPr>
          <w:rFonts w:ascii="Lato" w:hAnsi="Lato"/>
          <w:b w:val="0"/>
          <w:i/>
          <w:caps w:val="0"/>
          <w:color w:val="3D3833"/>
          <w:sz w:val="15"/>
        </w:rPr>
        <w:t>Ideas you would be glad to make, tied to moments in your season and to the brands above. No fees, deliverables or terms: we agree those with the brand.</w:t>
      </w:r>
    </w:p>
    <w:p>
      <w:pPr>
        <w:spacing w:after="0" w:before="160" w:line="276" w:lineRule="auto"/>
        <w:ind w:left="142"/>
        <w:pBdr>
          <w:left w:val="single" w:sz="8" w:space="5" w:color="C8AA4A"/>
        </w:pBdr>
      </w:pPr>
      <w:r>
        <w:rPr>
          <w:rFonts w:ascii="Lato" w:hAnsi="Lato"/>
          <w:b w:val="0"/>
          <w:i/>
          <w:caps w:val="0"/>
          <w:color w:val="3D3833"/>
          <w:sz w:val="15"/>
        </w:rPr>
        <w:t>Where your brief goes: Send it to us before your day 90 review. We go through it with you, and when you clear the gate, we take it to the brands. Keep it to one page, with up to three brands. Send your athlete profile with it, updated this month.</w:t>
      </w:r>
    </w:p>
    <w:sectPr w:rsidR="00FC693F" w:rsidRPr="0006063C" w:rsidSect="00034616">
      <w:pgSz w:w="11906" w:h="16838"/>
      <w:pgMar w:top="850" w:right="850" w:bottom="850" w:left="85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Lato">
    <w:altName w:val="Arial"/>
    <w:family w:val="swiss"/>
    <w:pitch w:val="variable"/>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88" w:lineRule="auto"/>
    </w:pPr>
    <w:rPr>
      <w:rFonts w:ascii="Lato" w:hAnsi="Lato" w:eastAsia="Lato" w:cs="Lato"/>
      <w:color w:val="0D0D0D"/>
      <w:sz w:val="19"/>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brand brief for AoS: template</dc:title>
  <dc:subject>Pro Athlete Brand Building, Ambassadors of Sport</dc:subject>
  <dc:creator>Ambassadors of Sport</dc:creator>
  <cp:keywords>Pro Athlete Brand Building</cp:keywords>
  <dc:description>ambassadorsofsport.com/brand-building</dc:description>
  <cp:lastModifiedBy>Ambassadors of Sport</cp:lastModifiedBy>
  <cp:revision>1</cp:revision>
  <dcterms:created xsi:type="dcterms:W3CDTF">2026-10-20T00:00:00Z</dcterms:created>
  <dcterms:modified xsi:type="dcterms:W3CDTF">2026-10-20T00:00:00Z</dcterms:modified>
  <cp:category/>
  <cp:lastPrinted>2026-10-20T00:00:00Z</cp:lastPrinted>
</cp:coreProperties>
</file>