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rFonts w:ascii="Lato" w:hAnsi="Lato"/>
          <w:b w:val="0"/>
          <w:i/>
          <w:caps w:val="0"/>
          <w:color w:val="6B6359"/>
          <w:sz w:val="14"/>
        </w:rPr>
        <w:t>Replace each [placeholder] with your own words, delete the grey guidance, keep it to one page, then save it as a PDF.</w:t>
      </w:r>
    </w:p>
    <w:tbl>
      <w:tblPr>
        <w:tblW w:type="auto" w:w="0"/>
        <w:jc w:val="left"/>
        <w:tblLayout w:type="fixed"/>
        <w:tblLook w:firstColumn="1" w:firstRow="1" w:lastColumn="0" w:lastRow="0" w:noHBand="0" w:noVBand="1" w:val="04A0"/>
        <w:tblLayout w:type="fixed"/>
        <w:tblCellMar>
          <w:top w:w="0" w:type="dxa"/>
          <w:left w:w="0" w:type="dxa"/>
          <w:bottom w:w="0" w:type="dxa"/>
          <w:right w:w="0" w:type="dxa"/>
        </w:tblCellMar>
      </w:tblPr>
      <w:tblGrid>
        <w:gridCol w:w="2041"/>
        <w:gridCol w:w="340"/>
        <w:gridCol w:w="7824"/>
      </w:tblGrid>
      <w:tr>
        <w:trPr>
          <w:trHeight w:val="2551" w:hRule="atLeast"/>
        </w:trPr>
        <w:tc>
          <w:tcPr>
            <w:tcW w:type="dxa" w:w="2041"/>
            <w:shd w:val="clear" w:color="auto" w:fill="F4F1E9"/>
            <w:tcBorders>
              <w:top w:val="dashed" w:sz="6" w:space="0" w:color="E7E7E6"/>
              <w:left w:val="dashed" w:sz="6" w:space="0" w:color="E7E7E6"/>
              <w:bottom w:val="dashed" w:sz="6" w:space="0" w:color="E7E7E6"/>
              <w:right w:val="dashed" w:sz="6" w:space="0" w:color="E7E7E6"/>
            </w:tcBorders>
            <w:vAlign w:val="center"/>
          </w:tcPr>
          <w:p>
            <w:pPr>
              <w:spacing w:after="0" w:before="0"/>
              <w:jc w:val="center"/>
            </w:pPr>
            <w:r>
              <w:rPr>
                <w:rFonts w:ascii="Lato" w:hAnsi="Lato"/>
                <w:b w:val="0"/>
                <w:i w:val="0"/>
                <w:caps w:val="0"/>
                <w:color w:val="6B6359"/>
                <w:sz w:val="16"/>
              </w:rPr>
              <w:t>[Your photo]</w:t>
            </w:r>
          </w:p>
        </w:tc>
        <w:tc>
          <w:tcPr>
            <w:tcW w:type="dxa" w:w="340"/>
          </w:tcPr>
          <w:p/>
        </w:tc>
        <w:tc>
          <w:tcPr>
            <w:tcW w:type="dxa" w:w="7824"/>
          </w:tcPr>
          <w:p>
            <w:pPr>
              <w:spacing w:after="0" w:before="40"/>
            </w:pPr>
            <w:r>
              <w:rPr>
                <w:rFonts w:ascii="Lato" w:hAnsi="Lato"/>
                <w:b w:val="0"/>
                <w:i w:val="0"/>
                <w:caps w:val="0"/>
                <w:color w:val="0D0D0D"/>
                <w:sz w:val="48"/>
              </w:rPr>
              <w:t>[Your name]</w:t>
            </w:r>
          </w:p>
          <w:p>
            <w:pPr>
              <w:spacing w:after="120" w:before="40"/>
            </w:pPr>
            <w:r>
              <w:rPr>
                <w:rFonts w:ascii="Lato" w:hAnsi="Lato"/>
                <w:b w:val="0"/>
                <w:i w:val="0"/>
                <w:caps w:val="0"/>
                <w:color w:val="0D0D0D"/>
                <w:sz w:val="19"/>
              </w:rPr>
              <w:t>[Your social handles]</w:t>
            </w:r>
          </w:p>
          <w:tbl>
            <w:tblPr>
              <w:tblW w:type="auto" w:w="0"/>
              <w:jc w:val="left"/>
              <w:tblLayout w:type="fixed"/>
              <w:tblLook w:firstColumn="1" w:firstRow="1" w:lastColumn="0" w:lastRow="0" w:noHBand="0" w:noVBand="1" w:val="04A0"/>
              <w:tblLayout w:type="fixed"/>
              <w:tblCellMar>
                <w:top w:w="0" w:type="dxa"/>
                <w:left w:w="0" w:type="dxa"/>
                <w:bottom w:w="0" w:type="dxa"/>
                <w:right w:w="0" w:type="dxa"/>
              </w:tblCellMar>
            </w:tblPr>
            <w:tblGrid>
              <w:gridCol w:w="2608"/>
              <w:gridCol w:w="2608"/>
              <w:gridCol w:w="2608"/>
            </w:tblGrid>
            <w:tr>
              <w:tc>
                <w:tcPr>
                  <w:tcW w:type="dxa" w:w="2608"/>
                </w:tcPr>
                <w:p>
                  <w:pPr>
                    <w:spacing w:after="0" w:before="0"/>
                  </w:pPr>
                  <w:r>
                    <w:rPr>
                      <w:rFonts w:ascii="Lato" w:hAnsi="Lato"/>
                      <w:b/>
                      <w:i w:val="0"/>
                      <w:caps/>
                      <w:color w:val="6B6359"/>
                      <w:sz w:val="13"/>
                      <w:spacing w:val="20"/>
                    </w:rPr>
                    <w:t>Sport</w:t>
                  </w:r>
                </w:p>
                <w:p>
                  <w:pPr>
                    <w:spacing w:after="0" w:before="0"/>
                  </w:pPr>
                  <w:r>
                    <w:rPr>
                      <w:rFonts w:ascii="Lato" w:hAnsi="Lato"/>
                      <w:b w:val="0"/>
                      <w:i w:val="0"/>
                      <w:caps w:val="0"/>
                      <w:color w:val="0D0D0D"/>
                      <w:sz w:val="19"/>
                    </w:rPr>
                    <w:t>[Your sport]</w:t>
                  </w:r>
                </w:p>
              </w:tc>
              <w:tc>
                <w:tcPr>
                  <w:tcW w:type="dxa" w:w="2608"/>
                </w:tcPr>
                <w:p>
                  <w:pPr>
                    <w:spacing w:after="0" w:before="0"/>
                  </w:pPr>
                  <w:r>
                    <w:rPr>
                      <w:rFonts w:ascii="Lato" w:hAnsi="Lato"/>
                      <w:b/>
                      <w:i w:val="0"/>
                      <w:caps/>
                      <w:color w:val="6B6359"/>
                      <w:sz w:val="13"/>
                      <w:spacing w:val="20"/>
                    </w:rPr>
                    <w:t>Level</w:t>
                  </w:r>
                </w:p>
                <w:p>
                  <w:pPr>
                    <w:spacing w:after="0" w:before="0"/>
                  </w:pPr>
                  <w:r>
                    <w:rPr>
                      <w:rFonts w:ascii="Lato" w:hAnsi="Lato"/>
                      <w:b w:val="0"/>
                      <w:i w:val="0"/>
                      <w:caps w:val="0"/>
                      <w:color w:val="0D0D0D"/>
                      <w:sz w:val="19"/>
                    </w:rPr>
                    <w:t>[Pro, semi-pro or international]</w:t>
                  </w:r>
                </w:p>
              </w:tc>
              <w:tc>
                <w:tcPr>
                  <w:tcW w:type="dxa" w:w="2608"/>
                </w:tcPr>
                <w:p>
                  <w:pPr>
                    <w:spacing w:after="0" w:before="0"/>
                  </w:pPr>
                  <w:r>
                    <w:rPr>
                      <w:rFonts w:ascii="Lato" w:hAnsi="Lato"/>
                      <w:b/>
                      <w:i w:val="0"/>
                      <w:caps/>
                      <w:color w:val="6B6359"/>
                      <w:sz w:val="13"/>
                      <w:spacing w:val="20"/>
                    </w:rPr>
                    <w:t>Position</w:t>
                  </w:r>
                </w:p>
                <w:p>
                  <w:pPr>
                    <w:spacing w:after="0" w:before="0"/>
                  </w:pPr>
                  <w:r>
                    <w:rPr>
                      <w:rFonts w:ascii="Lato" w:hAnsi="Lato"/>
                      <w:b w:val="0"/>
                      <w:i w:val="0"/>
                      <w:caps w:val="0"/>
                      <w:color w:val="0D0D0D"/>
                      <w:sz w:val="19"/>
                    </w:rPr>
                    <w:t>[Position or discipline]</w:t>
                  </w:r>
                </w:p>
              </w:tc>
            </w:tr>
            <w:tr>
              <w:tc>
                <w:tcPr>
                  <w:tcW w:type="dxa" w:w="2608"/>
                </w:tcPr>
                <w:p>
                  <w:pPr>
                    <w:spacing w:after="0" w:before="80"/>
                  </w:pPr>
                  <w:r>
                    <w:rPr>
                      <w:rFonts w:ascii="Lato" w:hAnsi="Lato"/>
                      <w:b/>
                      <w:i w:val="0"/>
                      <w:caps/>
                      <w:color w:val="6B6359"/>
                      <w:sz w:val="13"/>
                      <w:spacing w:val="20"/>
                    </w:rPr>
                    <w:t>Club</w:t>
                  </w:r>
                </w:p>
                <w:p>
                  <w:pPr>
                    <w:spacing w:after="0" w:before="0"/>
                  </w:pPr>
                  <w:r>
                    <w:rPr>
                      <w:rFonts w:ascii="Lato" w:hAnsi="Lato"/>
                      <w:b w:val="0"/>
                      <w:i w:val="0"/>
                      <w:caps w:val="0"/>
                      <w:color w:val="0D0D0D"/>
                      <w:sz w:val="19"/>
                    </w:rPr>
                    <w:t>[Club or team]</w:t>
                  </w:r>
                </w:p>
              </w:tc>
              <w:tc>
                <w:tcPr>
                  <w:tcW w:type="dxa" w:w="2608"/>
                </w:tcPr>
                <w:p>
                  <w:pPr>
                    <w:spacing w:after="0" w:before="80"/>
                  </w:pPr>
                  <w:r>
                    <w:rPr>
                      <w:rFonts w:ascii="Lato" w:hAnsi="Lato"/>
                      <w:b/>
                      <w:i w:val="0"/>
                      <w:caps/>
                      <w:color w:val="6B6359"/>
                      <w:sz w:val="13"/>
                      <w:spacing w:val="20"/>
                    </w:rPr>
                    <w:t>Based in</w:t>
                  </w:r>
                </w:p>
                <w:p>
                  <w:pPr>
                    <w:spacing w:after="0" w:before="0"/>
                  </w:pPr>
                  <w:r>
                    <w:rPr>
                      <w:rFonts w:ascii="Lato" w:hAnsi="Lato"/>
                      <w:b w:val="0"/>
                      <w:i w:val="0"/>
                      <w:caps w:val="0"/>
                      <w:color w:val="0D0D0D"/>
                      <w:sz w:val="19"/>
                    </w:rPr>
                    <w:t>[City, country]</w:t>
                  </w:r>
                </w:p>
              </w:tc>
              <w:tc>
                <w:tcPr>
                  <w:tcW w:type="dxa" w:w="2608"/>
                </w:tcPr>
                <w:p>
                  <w:pPr>
                    <w:spacing w:after="0" w:before="80"/>
                  </w:pPr>
                  <w:r>
                    <w:rPr>
                      <w:rFonts w:ascii="Lato" w:hAnsi="Lato"/>
                      <w:b/>
                      <w:i w:val="0"/>
                      <w:caps/>
                      <w:color w:val="6B6359"/>
                      <w:sz w:val="13"/>
                      <w:spacing w:val="20"/>
                    </w:rPr>
                    <w:t>Languages</w:t>
                  </w:r>
                </w:p>
                <w:p>
                  <w:pPr>
                    <w:spacing w:after="0" w:before="0"/>
                  </w:pPr>
                  <w:r>
                    <w:rPr>
                      <w:rFonts w:ascii="Lato" w:hAnsi="Lato"/>
                      <w:b w:val="0"/>
                      <w:i w:val="0"/>
                      <w:caps w:val="0"/>
                      <w:color w:val="0D0D0D"/>
                      <w:sz w:val="19"/>
                    </w:rPr>
                    <w:t>[The languages you speak]</w:t>
                  </w:r>
                </w:p>
              </w:tc>
            </w:tr>
          </w:tbl>
          <w:p/>
        </w:tc>
      </w:tr>
    </w:tbl>
    <w:p>
      <w:pPr>
        <w:spacing w:after="0" w:before="160"/>
      </w:pPr>
      <w:r>
        <w:rPr>
          <w:rFonts w:ascii="Lato" w:hAnsi="Lato"/>
          <w:b w:val="0"/>
          <w:i w:val="0"/>
          <w:caps w:val="0"/>
          <w:color w:val="0D0D0D"/>
          <w:sz w:val="22"/>
        </w:rPr>
        <w:t>[Two lines on who you are: your sport, what you stand for off the field, and who follows you.]</w:t>
      </w:r>
    </w:p>
    <w:p>
      <w:pPr>
        <w:spacing w:after="0" w:before="60" w:line="276" w:lineRule="auto"/>
        <w:ind w:left="142"/>
        <w:pBdr>
          <w:left w:val="single" w:sz="8" w:space="5" w:color="C8AA4A"/>
        </w:pBdr>
      </w:pPr>
      <w:r>
        <w:rPr>
          <w:rFonts w:ascii="Lato" w:hAnsi="Lato"/>
          <w:b w:val="0"/>
          <w:i/>
          <w:caps w:val="0"/>
          <w:color w:val="3D3833"/>
          <w:sz w:val="15"/>
        </w:rPr>
        <w:t>A recent photo of you alone, in action or a clean portrait. No team shots, no filters. The two lines are your positioning statement, shortened. If you have the blueprint, start from the sentence it gives you.</w:t>
      </w:r>
    </w:p>
    <w:p>
      <w:pPr>
        <w:tabs>
          <w:tab w:pos="10205" w:val="right"/>
        </w:tabs>
        <w:spacing w:after="80" w:before="180"/>
        <w:keepNext/>
        <w:pBdr>
          <w:bottom w:val="single" w:sz="6" w:space="2" w:color="C8AA4A"/>
        </w:pBdr>
      </w:pPr>
      <w:r>
        <w:rPr>
          <w:rFonts w:ascii="Lato" w:hAnsi="Lato"/>
          <w:b/>
          <w:i w:val="0"/>
          <w:caps/>
          <w:color w:val="0D0D0D"/>
          <w:sz w:val="15"/>
          <w:spacing w:val="32"/>
        </w:rPr>
        <w:t>Audience</w:t>
      </w:r>
      <w:r>
        <w:tab/>
      </w:r>
      <w:r>
        <w:rPr>
          <w:rFonts w:ascii="Lato" w:hAnsi="Lato"/>
          <w:b/>
          <w:i w:val="0"/>
          <w:caps/>
          <w:color w:val="6B6359"/>
          <w:sz w:val="13"/>
          <w:spacing w:val="20"/>
        </w:rPr>
        <w:t xml:space="preserve">Numbers as of </w:t>
      </w:r>
      <w:r>
        <w:rPr>
          <w:rFonts w:ascii="Lato" w:hAnsi="Lato"/>
          <w:b w:val="0"/>
          <w:i w:val="0"/>
          <w:caps w:val="0"/>
          <w:color w:val="0D0D0D"/>
          <w:sz w:val="15"/>
        </w:rPr>
        <w:t>[Month and year]</w:t>
      </w:r>
    </w:p>
    <w:tbl>
      <w:tblPr>
        <w:tblW w:type="auto" w:w="0"/>
        <w:jc w:val="left"/>
        <w:tblLayout w:type="fixed"/>
        <w:tblLook w:firstColumn="1" w:firstRow="1" w:lastColumn="0" w:lastRow="0" w:noHBand="0" w:noVBand="1" w:val="04A0"/>
        <w:tblLayout w:type="fixed"/>
        <w:tblCellMar>
          <w:top w:w="0" w:type="dxa"/>
          <w:left w:w="0" w:type="dxa"/>
          <w:bottom w:w="0" w:type="dxa"/>
          <w:right w:w="0" w:type="dxa"/>
        </w:tblCellMar>
      </w:tblPr>
      <w:tblGrid>
        <w:gridCol w:w="2551"/>
        <w:gridCol w:w="2551"/>
        <w:gridCol w:w="2551"/>
        <w:gridCol w:w="2551"/>
      </w:tblGrid>
      <w:tr>
        <w:tc>
          <w:tcPr>
            <w:tcW w:type="dxa" w:w="2551"/>
            <w:tcBorders>
              <w:top w:val="single" w:sz="4" w:space="0" w:color="E7E7E6"/>
              <w:left w:val="single" w:sz="4" w:space="0" w:color="E7E7E6"/>
              <w:bottom w:val="single" w:sz="4" w:space="0" w:color="E7E7E6"/>
              <w:right w:val="single" w:sz="4" w:space="0" w:color="E7E7E6"/>
            </w:tcBorders>
            <w:tcMar>
              <w:top w:w="113" w:type="dxa"/>
              <w:left w:w="113" w:type="dxa"/>
              <w:bottom w:w="113" w:type="dxa"/>
              <w:right w:w="113" w:type="dxa"/>
            </w:tcMar>
          </w:tcPr>
          <w:p>
            <w:pPr>
              <w:spacing w:after="20" w:before="0"/>
            </w:pPr>
            <w:r>
              <w:rPr>
                <w:rFonts w:ascii="Lato" w:hAnsi="Lato"/>
                <w:b/>
                <w:i w:val="0"/>
                <w:caps/>
                <w:color w:val="6B6359"/>
                <w:sz w:val="13"/>
                <w:spacing w:val="20"/>
              </w:rPr>
              <w:t>[Instagram]</w:t>
            </w:r>
          </w:p>
          <w:p>
            <w:pPr>
              <w:spacing w:after="0" w:before="0"/>
            </w:pPr>
            <w:r>
              <w:rPr>
                <w:rFonts w:ascii="Lato" w:hAnsi="Lato"/>
                <w:b w:val="0"/>
                <w:i w:val="0"/>
                <w:caps w:val="0"/>
                <w:color w:val="0D0D0D"/>
                <w:sz w:val="28"/>
              </w:rPr>
              <w:t>[Followers]</w:t>
            </w:r>
          </w:p>
        </w:tc>
        <w:tc>
          <w:tcPr>
            <w:tcW w:type="dxa" w:w="2551"/>
            <w:tcBorders>
              <w:top w:val="single" w:sz="4" w:space="0" w:color="E7E7E6"/>
              <w:left w:val="single" w:sz="4" w:space="0" w:color="E7E7E6"/>
              <w:bottom w:val="single" w:sz="4" w:space="0" w:color="E7E7E6"/>
              <w:right w:val="single" w:sz="4" w:space="0" w:color="E7E7E6"/>
            </w:tcBorders>
            <w:tcMar>
              <w:top w:w="113" w:type="dxa"/>
              <w:left w:w="113" w:type="dxa"/>
              <w:bottom w:w="113" w:type="dxa"/>
              <w:right w:w="113" w:type="dxa"/>
            </w:tcMar>
          </w:tcPr>
          <w:p>
            <w:pPr>
              <w:spacing w:after="20" w:before="0"/>
            </w:pPr>
            <w:r>
              <w:rPr>
                <w:rFonts w:ascii="Lato" w:hAnsi="Lato"/>
                <w:b/>
                <w:i w:val="0"/>
                <w:caps/>
                <w:color w:val="6B6359"/>
                <w:sz w:val="13"/>
                <w:spacing w:val="20"/>
              </w:rPr>
              <w:t>[TikTok]</w:t>
            </w:r>
          </w:p>
          <w:p>
            <w:pPr>
              <w:spacing w:after="0" w:before="0"/>
            </w:pPr>
            <w:r>
              <w:rPr>
                <w:rFonts w:ascii="Lato" w:hAnsi="Lato"/>
                <w:b w:val="0"/>
                <w:i w:val="0"/>
                <w:caps w:val="0"/>
                <w:color w:val="0D0D0D"/>
                <w:sz w:val="28"/>
              </w:rPr>
              <w:t>[Followers]</w:t>
            </w:r>
          </w:p>
        </w:tc>
        <w:tc>
          <w:tcPr>
            <w:tcW w:type="dxa" w:w="2551"/>
            <w:tcBorders>
              <w:top w:val="single" w:sz="4" w:space="0" w:color="E7E7E6"/>
              <w:left w:val="single" w:sz="4" w:space="0" w:color="E7E7E6"/>
              <w:bottom w:val="single" w:sz="4" w:space="0" w:color="E7E7E6"/>
              <w:right w:val="single" w:sz="4" w:space="0" w:color="E7E7E6"/>
            </w:tcBorders>
            <w:tcMar>
              <w:top w:w="113" w:type="dxa"/>
              <w:left w:w="113" w:type="dxa"/>
              <w:bottom w:w="113" w:type="dxa"/>
              <w:right w:w="113" w:type="dxa"/>
            </w:tcMar>
          </w:tcPr>
          <w:p>
            <w:pPr>
              <w:spacing w:after="20" w:before="0"/>
            </w:pPr>
            <w:r>
              <w:rPr>
                <w:rFonts w:ascii="Lato" w:hAnsi="Lato"/>
                <w:b/>
                <w:i w:val="0"/>
                <w:caps/>
                <w:color w:val="6B6359"/>
                <w:sz w:val="13"/>
                <w:spacing w:val="20"/>
              </w:rPr>
              <w:t>[YouTube]</w:t>
            </w:r>
          </w:p>
          <w:p>
            <w:pPr>
              <w:spacing w:after="0" w:before="0"/>
            </w:pPr>
            <w:r>
              <w:rPr>
                <w:rFonts w:ascii="Lato" w:hAnsi="Lato"/>
                <w:b w:val="0"/>
                <w:i w:val="0"/>
                <w:caps w:val="0"/>
                <w:color w:val="0D0D0D"/>
                <w:sz w:val="28"/>
              </w:rPr>
              <w:t>[Subscribers]</w:t>
            </w:r>
          </w:p>
        </w:tc>
        <w:tc>
          <w:tcPr>
            <w:tcW w:type="dxa" w:w="2551"/>
            <w:tcBorders>
              <w:top w:val="single" w:sz="4" w:space="0" w:color="E7E7E6"/>
              <w:left w:val="single" w:sz="4" w:space="0" w:color="E7E7E6"/>
              <w:bottom w:val="single" w:sz="4" w:space="0" w:color="E7E7E6"/>
              <w:right w:val="single" w:sz="4" w:space="0" w:color="E7E7E6"/>
            </w:tcBorders>
            <w:tcMar>
              <w:top w:w="113" w:type="dxa"/>
              <w:left w:w="113" w:type="dxa"/>
              <w:bottom w:w="113" w:type="dxa"/>
              <w:right w:w="113" w:type="dxa"/>
            </w:tcMar>
          </w:tcPr>
          <w:p>
            <w:pPr>
              <w:spacing w:after="20" w:before="0"/>
            </w:pPr>
            <w:r>
              <w:rPr>
                <w:rFonts w:ascii="Lato" w:hAnsi="Lato"/>
                <w:b/>
                <w:i w:val="0"/>
                <w:caps/>
                <w:color w:val="6B6359"/>
                <w:sz w:val="13"/>
                <w:spacing w:val="20"/>
              </w:rPr>
              <w:t>[Another platform]</w:t>
            </w:r>
          </w:p>
          <w:p>
            <w:pPr>
              <w:spacing w:after="0" w:before="0"/>
            </w:pPr>
            <w:r>
              <w:rPr>
                <w:rFonts w:ascii="Lato" w:hAnsi="Lato"/>
                <w:b w:val="0"/>
                <w:i w:val="0"/>
                <w:caps w:val="0"/>
                <w:color w:val="0D0D0D"/>
                <w:sz w:val="28"/>
              </w:rPr>
              <w:t>[Followers]</w:t>
            </w:r>
          </w:p>
        </w:tc>
      </w:tr>
      <w:tr>
        <w:tc>
          <w:tcPr>
            <w:tcW w:type="dxa" w:w="2551"/>
            <w:tcBorders>
              <w:top w:val="single" w:sz="4" w:space="0" w:color="E7E7E6"/>
              <w:left w:val="single" w:sz="4" w:space="0" w:color="E7E7E6"/>
              <w:bottom w:val="single" w:sz="4" w:space="0" w:color="E7E7E6"/>
              <w:right w:val="single" w:sz="4" w:space="0" w:color="E7E7E6"/>
            </w:tcBorders>
            <w:tcMar>
              <w:top w:w="113" w:type="dxa"/>
              <w:left w:w="113" w:type="dxa"/>
              <w:bottom w:w="113" w:type="dxa"/>
              <w:right w:w="113" w:type="dxa"/>
            </w:tcMar>
          </w:tcPr>
          <w:p>
            <w:pPr>
              <w:spacing w:after="20" w:before="0"/>
            </w:pPr>
            <w:r>
              <w:rPr>
                <w:rFonts w:ascii="Lato" w:hAnsi="Lato"/>
                <w:b/>
                <w:i w:val="0"/>
                <w:caps/>
                <w:color w:val="6B6359"/>
                <w:sz w:val="13"/>
                <w:spacing w:val="20"/>
              </w:rPr>
              <w:t>Engagement rate</w:t>
            </w:r>
          </w:p>
          <w:p>
            <w:pPr>
              <w:spacing w:after="0" w:before="0"/>
            </w:pPr>
            <w:r>
              <w:rPr>
                <w:rFonts w:ascii="Lato" w:hAnsi="Lato"/>
                <w:b w:val="0"/>
                <w:i w:val="0"/>
                <w:caps w:val="0"/>
                <w:color w:val="0D0D0D"/>
                <w:sz w:val="28"/>
              </w:rPr>
              <w:t>[Your rate]</w:t>
            </w:r>
          </w:p>
          <w:p>
            <w:pPr>
              <w:spacing w:after="0" w:before="20"/>
            </w:pPr>
            <w:r>
              <w:rPr>
                <w:rFonts w:ascii="Lato" w:hAnsi="Lato"/>
                <w:b w:val="0"/>
                <w:i w:val="0"/>
                <w:caps w:val="0"/>
                <w:color w:val="3D3833"/>
                <w:sz w:val="15"/>
              </w:rPr>
              <w:t>[Indicative benchmark for your size]</w:t>
            </w:r>
          </w:p>
        </w:tc>
        <w:tc>
          <w:tcPr>
            <w:tcW w:type="dxa" w:w="2551"/>
            <w:tcBorders>
              <w:top w:val="single" w:sz="4" w:space="0" w:color="E7E7E6"/>
              <w:left w:val="single" w:sz="4" w:space="0" w:color="E7E7E6"/>
              <w:bottom w:val="single" w:sz="4" w:space="0" w:color="E7E7E6"/>
              <w:right w:val="single" w:sz="4" w:space="0" w:color="E7E7E6"/>
            </w:tcBorders>
            <w:tcMar>
              <w:top w:w="113" w:type="dxa"/>
              <w:left w:w="113" w:type="dxa"/>
              <w:bottom w:w="113" w:type="dxa"/>
              <w:right w:w="113" w:type="dxa"/>
            </w:tcMar>
          </w:tcPr>
          <w:p>
            <w:pPr>
              <w:spacing w:after="20" w:before="0"/>
            </w:pPr>
            <w:r>
              <w:rPr>
                <w:rFonts w:ascii="Lato" w:hAnsi="Lato"/>
                <w:b/>
                <w:i w:val="0"/>
                <w:caps/>
                <w:color w:val="6B6359"/>
                <w:sz w:val="13"/>
                <w:spacing w:val="20"/>
              </w:rPr>
              <w:t>Average views</w:t>
            </w:r>
          </w:p>
          <w:p>
            <w:pPr>
              <w:spacing w:after="0" w:before="0"/>
            </w:pPr>
            <w:r>
              <w:rPr>
                <w:rFonts w:ascii="Lato" w:hAnsi="Lato"/>
                <w:b w:val="0"/>
                <w:i w:val="0"/>
                <w:caps w:val="0"/>
                <w:color w:val="0D0D0D"/>
                <w:sz w:val="28"/>
              </w:rPr>
              <w:t>[Per video]</w:t>
            </w:r>
          </w:p>
        </w:tc>
        <w:tc>
          <w:tcPr>
            <w:tcW w:type="dxa" w:w="2551"/>
            <w:tcBorders>
              <w:top w:val="single" w:sz="4" w:space="0" w:color="E7E7E6"/>
              <w:left w:val="single" w:sz="4" w:space="0" w:color="E7E7E6"/>
              <w:bottom w:val="single" w:sz="4" w:space="0" w:color="E7E7E6"/>
              <w:right w:val="single" w:sz="4" w:space="0" w:color="E7E7E6"/>
            </w:tcBorders>
            <w:tcMar>
              <w:top w:w="113" w:type="dxa"/>
              <w:left w:w="113" w:type="dxa"/>
              <w:bottom w:w="113" w:type="dxa"/>
              <w:right w:w="113" w:type="dxa"/>
            </w:tcMar>
          </w:tcPr>
          <w:p>
            <w:pPr>
              <w:spacing w:after="20" w:before="0"/>
            </w:pPr>
            <w:r>
              <w:rPr>
                <w:rFonts w:ascii="Lato" w:hAnsi="Lato"/>
                <w:b/>
                <w:i w:val="0"/>
                <w:caps/>
                <w:color w:val="6B6359"/>
                <w:sz w:val="13"/>
                <w:spacing w:val="20"/>
              </w:rPr>
              <w:t>Followers mainly in</w:t>
            </w:r>
          </w:p>
          <w:p>
            <w:pPr>
              <w:spacing w:after="0" w:before="0"/>
            </w:pPr>
            <w:r>
              <w:rPr>
                <w:rFonts w:ascii="Lato" w:hAnsi="Lato"/>
                <w:b w:val="0"/>
                <w:i w:val="0"/>
                <w:caps w:val="0"/>
                <w:color w:val="0D0D0D"/>
                <w:sz w:val="19"/>
              </w:rPr>
              <w:t>[Top three countries or cities]</w:t>
            </w:r>
          </w:p>
        </w:tc>
        <w:tc>
          <w:tcPr>
            <w:tcW w:type="dxa" w:w="2551"/>
            <w:tcBorders>
              <w:top w:val="single" w:sz="4" w:space="0" w:color="E7E7E6"/>
              <w:left w:val="single" w:sz="4" w:space="0" w:color="E7E7E6"/>
              <w:bottom w:val="single" w:sz="4" w:space="0" w:color="E7E7E6"/>
              <w:right w:val="single" w:sz="4" w:space="0" w:color="E7E7E6"/>
            </w:tcBorders>
            <w:tcMar>
              <w:top w:w="113" w:type="dxa"/>
              <w:left w:w="113" w:type="dxa"/>
              <w:bottom w:w="113" w:type="dxa"/>
              <w:right w:w="113" w:type="dxa"/>
            </w:tcMar>
          </w:tcPr>
          <w:p>
            <w:pPr>
              <w:spacing w:after="20" w:before="0"/>
            </w:pPr>
            <w:r>
              <w:rPr>
                <w:rFonts w:ascii="Lato" w:hAnsi="Lato"/>
                <w:b/>
                <w:i w:val="0"/>
                <w:caps/>
                <w:color w:val="6B6359"/>
                <w:sz w:val="13"/>
                <w:spacing w:val="20"/>
              </w:rPr>
              <w:t>Main age group</w:t>
            </w:r>
          </w:p>
          <w:p>
            <w:pPr>
              <w:spacing w:after="0" w:before="0"/>
            </w:pPr>
            <w:r>
              <w:rPr>
                <w:rFonts w:ascii="Lato" w:hAnsi="Lato"/>
                <w:b w:val="0"/>
                <w:i w:val="0"/>
                <w:caps w:val="0"/>
                <w:color w:val="0D0D0D"/>
                <w:sz w:val="19"/>
              </w:rPr>
              <w:t>[For example 18 to 24]</w:t>
            </w:r>
          </w:p>
        </w:tc>
      </w:tr>
    </w:tbl>
    <w:p>
      <w:pPr>
        <w:spacing w:after="0" w:before="80" w:line="276" w:lineRule="auto"/>
        <w:ind w:left="142"/>
        <w:pBdr>
          <w:left w:val="single" w:sz="8" w:space="5" w:color="C8AA4A"/>
        </w:pBdr>
      </w:pPr>
      <w:r>
        <w:rPr>
          <w:rFonts w:ascii="Lato" w:hAnsi="Lato"/>
          <w:b w:val="0"/>
          <w:i/>
          <w:caps w:val="0"/>
          <w:color w:val="3D3833"/>
          <w:sz w:val="15"/>
        </w:rPr>
        <w:t>Take every number from your Insights or Analytics on the same day, and say which month. Never round up: a brand can check each one. Engagement rate is average likes plus average comments per post, divided by followers, over your last 10 posts. Indicative benchmarks by account size, which vary by sport and platform: 6% under 1k followers, 4.5% from 1k to 10k, 3% from 10k to 50k, 2.2% from 50k to 100k, 1.6% over 100k. Where your followers are and how old they are tell a brand whether your followers are its customers.</w:t>
      </w:r>
    </w:p>
    <w:p>
      <w:pPr>
        <w:spacing w:after="80" w:before="180"/>
        <w:keepNext/>
        <w:pBdr>
          <w:bottom w:val="single" w:sz="6" w:space="2" w:color="C8AA4A"/>
        </w:pBdr>
      </w:pPr>
      <w:r>
        <w:rPr>
          <w:rFonts w:ascii="Lato" w:hAnsi="Lato"/>
          <w:b/>
          <w:i w:val="0"/>
          <w:caps/>
          <w:color w:val="0D0D0D"/>
          <w:sz w:val="15"/>
          <w:spacing w:val="32"/>
        </w:rPr>
        <w:t>Content pillars</w:t>
      </w:r>
    </w:p>
    <w:tbl>
      <w:tblPr>
        <w:tblW w:type="auto" w:w="0"/>
        <w:jc w:val="left"/>
        <w:tblLayout w:type="fixed"/>
        <w:tblLook w:firstColumn="1" w:firstRow="1" w:lastColumn="0" w:lastRow="0" w:noHBand="0" w:noVBand="1" w:val="04A0"/>
        <w:tblLayout w:type="fixed"/>
        <w:tblCellMar>
          <w:top w:w="0" w:type="dxa"/>
          <w:left w:w="0" w:type="dxa"/>
          <w:bottom w:w="0" w:type="dxa"/>
          <w:right w:w="0" w:type="dxa"/>
        </w:tblCellMar>
      </w:tblPr>
      <w:tblGrid>
        <w:gridCol w:w="3288"/>
        <w:gridCol w:w="170"/>
        <w:gridCol w:w="3288"/>
        <w:gridCol w:w="170"/>
        <w:gridCol w:w="3288"/>
      </w:tblGrid>
      <w:tr>
        <w:tc>
          <w:tcPr>
            <w:tcW w:type="dxa" w:w="3288"/>
          </w:tcPr>
          <w:p>
            <w:pPr>
              <w:spacing w:after="0" w:before="0"/>
            </w:pPr>
            <w:r>
              <w:rPr>
                <w:rFonts w:ascii="Lato" w:hAnsi="Lato"/>
                <w:b/>
                <w:i w:val="0"/>
                <w:caps w:val="0"/>
                <w:color w:val="0D0D0D"/>
                <w:sz w:val="19"/>
              </w:rPr>
              <w:t>[Pillar name]</w:t>
            </w:r>
          </w:p>
          <w:p>
            <w:pPr>
              <w:spacing w:after="0" w:before="20"/>
            </w:pPr>
            <w:r>
              <w:rPr>
                <w:rFonts w:ascii="Lato" w:hAnsi="Lato"/>
                <w:b w:val="0"/>
                <w:i w:val="0"/>
                <w:caps w:val="0"/>
                <w:color w:val="0D0D0D"/>
                <w:sz w:val="19"/>
              </w:rPr>
              <w:t>[What you post about in it, in one line]</w:t>
            </w:r>
          </w:p>
        </w:tc>
        <w:tc>
          <w:tcPr>
            <w:tcW w:type="dxa" w:w="170"/>
          </w:tcPr>
          <w:p/>
        </w:tc>
        <w:tc>
          <w:tcPr>
            <w:tcW w:type="dxa" w:w="3288"/>
          </w:tcPr>
          <w:p>
            <w:pPr>
              <w:spacing w:after="0" w:before="0"/>
            </w:pPr>
            <w:r>
              <w:rPr>
                <w:rFonts w:ascii="Lato" w:hAnsi="Lato"/>
                <w:b/>
                <w:i w:val="0"/>
                <w:caps w:val="0"/>
                <w:color w:val="0D0D0D"/>
                <w:sz w:val="19"/>
              </w:rPr>
              <w:t>[Pillar name]</w:t>
            </w:r>
          </w:p>
          <w:p>
            <w:pPr>
              <w:spacing w:after="0" w:before="20"/>
            </w:pPr>
            <w:r>
              <w:rPr>
                <w:rFonts w:ascii="Lato" w:hAnsi="Lato"/>
                <w:b w:val="0"/>
                <w:i w:val="0"/>
                <w:caps w:val="0"/>
                <w:color w:val="0D0D0D"/>
                <w:sz w:val="19"/>
              </w:rPr>
              <w:t>[What you post about in it, in one line]</w:t>
            </w:r>
          </w:p>
        </w:tc>
        <w:tc>
          <w:tcPr>
            <w:tcW w:type="dxa" w:w="170"/>
          </w:tcPr>
          <w:p/>
        </w:tc>
        <w:tc>
          <w:tcPr>
            <w:tcW w:type="dxa" w:w="3288"/>
          </w:tcPr>
          <w:p>
            <w:pPr>
              <w:spacing w:after="0" w:before="0"/>
            </w:pPr>
            <w:r>
              <w:rPr>
                <w:rFonts w:ascii="Lato" w:hAnsi="Lato"/>
                <w:b/>
                <w:i w:val="0"/>
                <w:caps w:val="0"/>
                <w:color w:val="0D0D0D"/>
                <w:sz w:val="19"/>
              </w:rPr>
              <w:t>[Pillar name]</w:t>
            </w:r>
          </w:p>
          <w:p>
            <w:pPr>
              <w:spacing w:after="0" w:before="20"/>
            </w:pPr>
            <w:r>
              <w:rPr>
                <w:rFonts w:ascii="Lato" w:hAnsi="Lato"/>
                <w:b w:val="0"/>
                <w:i w:val="0"/>
                <w:caps w:val="0"/>
                <w:color w:val="0D0D0D"/>
                <w:sz w:val="19"/>
              </w:rPr>
              <w:t>[What you post about in it, in one line]</w:t>
            </w:r>
          </w:p>
        </w:tc>
      </w:tr>
    </w:tbl>
    <w:p>
      <w:pPr>
        <w:spacing w:after="0" w:before="80" w:line="276" w:lineRule="auto"/>
        <w:ind w:left="142"/>
        <w:pBdr>
          <w:left w:val="single" w:sz="8" w:space="5" w:color="C8AA4A"/>
        </w:pBdr>
      </w:pPr>
      <w:r>
        <w:rPr>
          <w:rFonts w:ascii="Lato" w:hAnsi="Lato"/>
          <w:b w:val="0"/>
          <w:i/>
          <w:caps w:val="0"/>
          <w:color w:val="3D3833"/>
          <w:sz w:val="15"/>
        </w:rPr>
        <w:t>Three topics you post about again and again: the work, the life around it, and one thing off the field. The blueprint gives you yours. A brand looks for the pillar its product fits into.</w:t>
      </w:r>
    </w:p>
    <w:tbl>
      <w:tblPr>
        <w:tblW w:type="auto" w:w="0"/>
        <w:jc w:val="left"/>
        <w:tblLayout w:type="fixed"/>
        <w:tblLook w:firstColumn="1" w:firstRow="1" w:lastColumn="0" w:lastRow="0" w:noHBand="0" w:noVBand="1" w:val="04A0"/>
        <w:tblLayout w:type="fixed"/>
        <w:tblCellMar>
          <w:top w:w="0" w:type="dxa"/>
          <w:left w:w="0" w:type="dxa"/>
          <w:bottom w:w="0" w:type="dxa"/>
          <w:right w:w="0" w:type="dxa"/>
        </w:tblCellMar>
      </w:tblPr>
      <w:tblGrid>
        <w:gridCol w:w="4876"/>
        <w:gridCol w:w="453"/>
        <w:gridCol w:w="4876"/>
      </w:tblGrid>
      <w:tr>
        <w:tc>
          <w:tcPr>
            <w:tcW w:type="dxa" w:w="4876"/>
          </w:tcPr>
          <w:p>
            <w:pPr>
              <w:tabs>
                <w:tab w:pos="4876" w:val="right"/>
              </w:tabs>
              <w:spacing w:after="80" w:before="180"/>
              <w:keepNext/>
              <w:pBdr>
                <w:bottom w:val="single" w:sz="6" w:space="2" w:color="C8AA4A"/>
              </w:pBdr>
            </w:pPr>
            <w:r>
              <w:rPr>
                <w:rFonts w:ascii="Lato" w:hAnsi="Lato"/>
                <w:b/>
                <w:i w:val="0"/>
                <w:caps/>
                <w:color w:val="0D0D0D"/>
                <w:sz w:val="15"/>
                <w:spacing w:val="32"/>
              </w:rPr>
              <w:t>Brands I already use</w:t>
            </w:r>
            <w:r>
              <w:tab/>
            </w:r>
            <w:r>
              <w:rPr>
                <w:rFonts w:ascii="Lato" w:hAnsi="Lato"/>
                <w:b w:val="0"/>
                <w:i w:val="0"/>
                <w:caps w:val="0"/>
                <w:color w:val="6B6359"/>
                <w:sz w:val="15"/>
              </w:rPr>
              <w:t>Organic, not paid</w:t>
            </w:r>
          </w:p>
          <w:p>
            <w:pPr>
              <w:spacing w:after="60" w:before="0"/>
            </w:pPr>
            <w:r>
              <w:rPr>
                <w:rFonts w:ascii="Lato" w:hAnsi="Lato"/>
                <w:b w:val="0"/>
                <w:i w:val="0"/>
                <w:caps w:val="0"/>
                <w:color w:val="0D0D0D"/>
                <w:sz w:val="19"/>
              </w:rPr>
              <w:t>[Brand, what you use, and since when]</w:t>
            </w:r>
          </w:p>
          <w:p>
            <w:pPr>
              <w:spacing w:after="60" w:before="0"/>
            </w:pPr>
            <w:r>
              <w:rPr>
                <w:rFonts w:ascii="Lato" w:hAnsi="Lato"/>
                <w:b w:val="0"/>
                <w:i w:val="0"/>
                <w:caps w:val="0"/>
                <w:color w:val="0D0D0D"/>
                <w:sz w:val="19"/>
              </w:rPr>
              <w:t>[Brand, what you use, and since when]</w:t>
            </w:r>
          </w:p>
          <w:p>
            <w:pPr>
              <w:spacing w:after="60" w:before="0"/>
            </w:pPr>
            <w:r>
              <w:rPr>
                <w:rFonts w:ascii="Lato" w:hAnsi="Lato"/>
                <w:b w:val="0"/>
                <w:i w:val="0"/>
                <w:caps w:val="0"/>
                <w:color w:val="0D0D0D"/>
                <w:sz w:val="19"/>
              </w:rPr>
              <w:t>[Brand, what you use, and since when]</w:t>
            </w:r>
          </w:p>
          <w:p>
            <w:pPr>
              <w:spacing w:after="60" w:before="0"/>
            </w:pPr>
            <w:r>
              <w:rPr>
                <w:rFonts w:ascii="Lato" w:hAnsi="Lato"/>
                <w:b w:val="0"/>
                <w:i w:val="0"/>
                <w:caps w:val="0"/>
                <w:color w:val="0D0D0D"/>
                <w:sz w:val="19"/>
              </w:rPr>
              <w:t>[Brand, what you use, and since when]</w:t>
            </w:r>
          </w:p>
          <w:p>
            <w:pPr>
              <w:spacing w:after="0" w:before="60" w:line="276" w:lineRule="auto"/>
              <w:ind w:left="142"/>
              <w:pBdr>
                <w:left w:val="single" w:sz="8" w:space="5" w:color="C8AA4A"/>
              </w:pBdr>
            </w:pPr>
            <w:r>
              <w:rPr>
                <w:rFonts w:ascii="Lato" w:hAnsi="Lato"/>
                <w:b w:val="0"/>
                <w:i/>
                <w:caps w:val="0"/>
                <w:color w:val="3D3833"/>
                <w:sz w:val="15"/>
              </w:rPr>
              <w:t>Only brands you use and post about without being paid. Tag them when you do. A brand that finds itself here, posted for months, reads you as a real customer. Anything you were paid for goes under results.</w:t>
            </w:r>
          </w:p>
        </w:tc>
        <w:tc>
          <w:tcPr>
            <w:tcW w:type="dxa" w:w="454"/>
          </w:tcPr>
          <w:p/>
        </w:tc>
        <w:tc>
          <w:tcPr>
            <w:tcW w:type="dxa" w:w="4876"/>
          </w:tcPr>
          <w:p>
            <w:pPr>
              <w:spacing w:after="80" w:before="180"/>
              <w:keepNext/>
              <w:pBdr>
                <w:bottom w:val="single" w:sz="6" w:space="2" w:color="C8AA4A"/>
              </w:pBdr>
            </w:pPr>
            <w:r>
              <w:rPr>
                <w:rFonts w:ascii="Lato" w:hAnsi="Lato"/>
                <w:b/>
                <w:i w:val="0"/>
                <w:caps/>
                <w:color w:val="0D0D0D"/>
                <w:sz w:val="15"/>
                <w:spacing w:val="32"/>
              </w:rPr>
              <w:t>Results so far</w:t>
            </w:r>
          </w:p>
          <w:p>
            <w:pPr>
              <w:spacing w:after="0" w:before="0"/>
            </w:pPr>
            <w:r>
              <w:rPr>
                <w:rFonts w:ascii="Lato" w:hAnsi="Lato"/>
                <w:b/>
                <w:i w:val="0"/>
                <w:caps w:val="0"/>
                <w:color w:val="0D0D0D"/>
                <w:sz w:val="19"/>
              </w:rPr>
              <w:t>[What it was: the brand, the format, the date]</w:t>
            </w:r>
          </w:p>
          <w:p>
            <w:pPr>
              <w:spacing w:after="0" w:before="20"/>
            </w:pPr>
            <w:r>
              <w:rPr>
                <w:rFonts w:ascii="Lato" w:hAnsi="Lato"/>
                <w:b w:val="0"/>
                <w:i w:val="0"/>
                <w:caps w:val="0"/>
                <w:color w:val="0D0D0D"/>
                <w:sz w:val="19"/>
              </w:rPr>
              <w:t>[The numbers: reach, views, saves, link clicks or code uses]</w:t>
            </w:r>
          </w:p>
          <w:p>
            <w:pPr>
              <w:spacing w:after="0" w:before="60"/>
            </w:pPr>
            <w:r>
              <w:rPr>
                <w:rFonts w:ascii="Lato" w:hAnsi="Lato"/>
                <w:b/>
                <w:i w:val="0"/>
                <w:caps w:val="0"/>
                <w:color w:val="0D0D0D"/>
                <w:sz w:val="19"/>
              </w:rPr>
              <w:t>[What it was: the brand, the format, the date]</w:t>
            </w:r>
          </w:p>
          <w:p>
            <w:pPr>
              <w:spacing w:after="0" w:before="20"/>
            </w:pPr>
            <w:r>
              <w:rPr>
                <w:rFonts w:ascii="Lato" w:hAnsi="Lato"/>
                <w:b w:val="0"/>
                <w:i w:val="0"/>
                <w:caps w:val="0"/>
                <w:color w:val="0D0D0D"/>
                <w:sz w:val="19"/>
              </w:rPr>
              <w:t>[The numbers: reach, views, saves, link clicks or code uses]</w:t>
            </w:r>
          </w:p>
          <w:p>
            <w:pPr>
              <w:spacing w:after="0" w:before="60" w:line="276" w:lineRule="auto"/>
              <w:ind w:left="142"/>
              <w:pBdr>
                <w:left w:val="single" w:sz="8" w:space="5" w:color="C8AA4A"/>
              </w:pBdr>
            </w:pPr>
            <w:r>
              <w:rPr>
                <w:rFonts w:ascii="Lato" w:hAnsi="Lato"/>
                <w:b w:val="0"/>
                <w:i/>
                <w:caps w:val="0"/>
                <w:color w:val="3D3833"/>
                <w:sz w:val="15"/>
              </w:rPr>
              <w:t>One or two posts or campaigns, with the numbers from Insights. An organic post that did well counts. Keep the screenshots. We may need them when we present you.</w:t>
            </w:r>
          </w:p>
        </w:tc>
      </w:tr>
    </w:tbl>
    <w:p>
      <w:pPr>
        <w:spacing w:after="80" w:before="180"/>
        <w:keepNext/>
        <w:pBdr>
          <w:bottom w:val="single" w:sz="6" w:space="2" w:color="C8AA4A"/>
        </w:pBdr>
      </w:pPr>
      <w:r>
        <w:rPr>
          <w:rFonts w:ascii="Lato" w:hAnsi="Lato"/>
          <w:b/>
          <w:i w:val="0"/>
          <w:caps/>
          <w:color w:val="0D0D0D"/>
          <w:sz w:val="15"/>
          <w:spacing w:val="32"/>
        </w:rPr>
        <w:t>Contact</w:t>
      </w:r>
    </w:p>
    <w:p>
      <w:pPr>
        <w:spacing w:after="0" w:before="0"/>
      </w:pPr>
      <w:r>
        <w:rPr>
          <w:rFonts w:ascii="Lato" w:hAnsi="Lato"/>
          <w:b/>
          <w:i w:val="0"/>
          <w:caps/>
          <w:color w:val="6B6359"/>
          <w:sz w:val="13"/>
          <w:spacing w:val="20"/>
        </w:rPr>
        <w:t xml:space="preserve">Brand partnerships  </w:t>
      </w:r>
      <w:r>
        <w:rPr>
          <w:rFonts w:ascii="Lato" w:hAnsi="Lato"/>
          <w:b w:val="0"/>
          <w:i w:val="0"/>
          <w:caps w:val="0"/>
          <w:color w:val="0D0D0D"/>
          <w:sz w:val="19"/>
        </w:rPr>
        <w:t>Ambassadors of Sport, admin@ambassadorsofsport.com</w:t>
      </w:r>
    </w:p>
    <w:p>
      <w:pPr>
        <w:spacing w:after="0" w:before="80" w:line="276" w:lineRule="auto"/>
        <w:ind w:left="142"/>
        <w:pBdr>
          <w:left w:val="single" w:sz="8" w:space="5" w:color="C8AA4A"/>
        </w:pBdr>
      </w:pPr>
      <w:r>
        <w:rPr>
          <w:rFonts w:ascii="Lato" w:hAnsi="Lato"/>
          <w:b w:val="0"/>
          <w:i/>
          <w:caps w:val="0"/>
          <w:color w:val="3D3833"/>
          <w:sz w:val="15"/>
        </w:rPr>
        <w:t>Brands reach you through us, so this line stays as it is. Your own email and phone number never go on this page.</w:t>
      </w:r>
    </w:p>
    <w:p>
      <w:pPr>
        <w:spacing w:after="0" w:before="160" w:line="276" w:lineRule="auto"/>
        <w:ind w:left="142"/>
        <w:pBdr>
          <w:left w:val="single" w:sz="8" w:space="5" w:color="C8AA4A"/>
        </w:pBdr>
      </w:pPr>
      <w:r>
        <w:rPr>
          <w:rFonts w:ascii="Lato" w:hAnsi="Lato"/>
          <w:b w:val="0"/>
          <w:i/>
          <w:caps w:val="0"/>
          <w:color w:val="3D3833"/>
          <w:sz w:val="15"/>
        </w:rPr>
        <w:t>Ready when we present you: This is the page we put in front of brands when we present you. Keep it to one page. If it runs over, cut words, never numbers. Update it every month, and change the date beside your audience. Real numbers only. A brand can check every one of them.</w:t>
      </w:r>
    </w:p>
    <w:sectPr w:rsidR="00FC693F" w:rsidRPr="0006063C" w:rsidSect="00034616">
      <w:pgSz w:w="11906" w:h="16838"/>
      <w:pgMar w:top="850" w:right="850" w:bottom="850" w:left="85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Lato">
    <w:altName w:val="Arial"/>
    <w:family w:val="swiss"/>
    <w:pitch w:val="variable"/>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line="288" w:lineRule="auto"/>
    </w:pPr>
    <w:rPr>
      <w:rFonts w:ascii="Lato" w:hAnsi="Lato" w:eastAsia="Lato" w:cs="Lato"/>
      <w:color w:val="0D0D0D"/>
      <w:sz w:val="19"/>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Your athlete profile: template</dc:title>
  <dc:subject>Pro Athlete Brand Building, Ambassadors of Sport</dc:subject>
  <dc:creator>Ambassadors of Sport</dc:creator>
  <cp:keywords>Pro Athlete Brand Building</cp:keywords>
  <dc:description>ambassadorsofsport.com/brand-building</dc:description>
  <cp:lastModifiedBy>Ambassadors of Sport</cp:lastModifiedBy>
  <cp:revision>1</cp:revision>
  <dcterms:created xsi:type="dcterms:W3CDTF">2026-10-20T00:00:00Z</dcterms:created>
  <dcterms:modified xsi:type="dcterms:W3CDTF">2026-10-20T00:00:00Z</dcterms:modified>
  <cp:category/>
  <cp:lastPrinted>2026-10-20T00:00:00Z</cp:lastPrinted>
</cp:coreProperties>
</file>